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Pr="00B25CC7" w:rsidRDefault="00860B39">
      <w:pPr>
        <w:rPr>
          <w:rFonts w:ascii="Arial" w:hAnsi="Arial" w:cs="Arial"/>
        </w:rPr>
      </w:pPr>
    </w:p>
    <w:p w14:paraId="21350709" w14:textId="77777777" w:rsidR="008D543A" w:rsidRPr="00B25CC7" w:rsidRDefault="008D543A" w:rsidP="008D543A">
      <w:pPr>
        <w:rPr>
          <w:rFonts w:ascii="Arial" w:hAnsi="Arial" w:cs="Arial"/>
          <w:lang w:val="es-CO"/>
        </w:rPr>
      </w:pPr>
    </w:p>
    <w:p w14:paraId="63FF05E0" w14:textId="30F21DAB" w:rsidR="00E64A55" w:rsidRPr="000F5493" w:rsidRDefault="001B1BF8" w:rsidP="00E64A55">
      <w:pPr>
        <w:keepLines/>
        <w:jc w:val="center"/>
        <w:rPr>
          <w:rFonts w:ascii="Arial" w:eastAsia="Arial" w:hAnsi="Arial" w:cs="Arial"/>
          <w:b/>
          <w:sz w:val="28"/>
          <w:szCs w:val="28"/>
          <w:lang w:val="es-CO"/>
        </w:rPr>
      </w:pPr>
      <w:r>
        <w:rPr>
          <w:rFonts w:ascii="Arial" w:eastAsia="Arial" w:hAnsi="Arial" w:cs="Arial"/>
          <w:b/>
          <w:sz w:val="28"/>
          <w:szCs w:val="28"/>
          <w:lang w:val="es-CO"/>
        </w:rPr>
        <w:t>ESPACIO VIRTUAL PARA LA FORMACIÓN DE LIDERES COMUNITARIOS EN SALUD PÚBLICA Y ENFOQUE DIFERENCIAL</w:t>
      </w:r>
    </w:p>
    <w:p w14:paraId="59DAB12D" w14:textId="12EEA747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6A28B55" wp14:editId="632478BE">
            <wp:simplePos x="0" y="0"/>
            <wp:positionH relativeFrom="column">
              <wp:posOffset>1953260</wp:posOffset>
            </wp:positionH>
            <wp:positionV relativeFrom="paragraph">
              <wp:posOffset>249428</wp:posOffset>
            </wp:positionV>
            <wp:extent cx="1588770" cy="1844040"/>
            <wp:effectExtent l="0" t="0" r="0" b="3810"/>
            <wp:wrapNone/>
            <wp:docPr id="5" name="image1.jpg" descr="C:\Users\PLANEA~1\AppData\Local\Temp\Escu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LANEA~1\AppData\Local\Temp\Escu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D360B5" w14:textId="3E9A8269" w:rsidR="00E64A55" w:rsidRPr="000F5493" w:rsidRDefault="000F5493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9776" behindDoc="1" locked="0" layoutInCell="0" allowOverlap="1" wp14:anchorId="29EE9CE1" wp14:editId="0BE6C1BD">
            <wp:simplePos x="0" y="0"/>
            <wp:positionH relativeFrom="margin">
              <wp:posOffset>-490493</wp:posOffset>
            </wp:positionH>
            <wp:positionV relativeFrom="margin">
              <wp:posOffset>1480185</wp:posOffset>
            </wp:positionV>
            <wp:extent cx="6458611" cy="4626429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11" cy="46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9913FF6" w14:textId="2D84115A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34EAA90D" w14:textId="599566AA" w:rsidR="00E64A55" w:rsidRPr="000F5493" w:rsidRDefault="00E64A55" w:rsidP="00E64A55">
      <w:pPr>
        <w:keepLines/>
        <w:jc w:val="center"/>
        <w:rPr>
          <w:rFonts w:ascii="Arial" w:eastAsia="Arial" w:hAnsi="Arial" w:cs="Arial"/>
          <w:lang w:val="es-CO"/>
        </w:rPr>
      </w:pPr>
    </w:p>
    <w:p w14:paraId="028F2158" w14:textId="41FA70CE" w:rsidR="00E64A55" w:rsidRPr="00B25CC7" w:rsidRDefault="00E64A55" w:rsidP="00E64A55">
      <w:pPr>
        <w:jc w:val="center"/>
        <w:rPr>
          <w:rFonts w:ascii="Arial" w:eastAsia="Arial" w:hAnsi="Arial" w:cs="Arial"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>Elaboró:</w:t>
      </w:r>
      <w:r w:rsidRPr="00B25CC7">
        <w:rPr>
          <w:rFonts w:ascii="Arial" w:eastAsia="Arial" w:hAnsi="Arial" w:cs="Arial"/>
          <w:lang w:val="es-CO"/>
        </w:rPr>
        <w:t xml:space="preserve"> </w:t>
      </w:r>
    </w:p>
    <w:p w14:paraId="328CB175" w14:textId="77777777" w:rsidR="00E64A55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7D0B3B66" w14:textId="77777777" w:rsidR="001B1BF8" w:rsidRDefault="001B1BF8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25F7FDB0" w14:textId="3DA29C2B" w:rsidR="001B1BF8" w:rsidRPr="00B25CC7" w:rsidRDefault="001B1BF8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eastAsia="Arial" w:hAnsi="Arial" w:cs="Arial"/>
          <w:b/>
          <w:lang w:val="es-CO"/>
        </w:rPr>
        <w:t>OFICINA ASESORA DE PLANEACIÓN</w:t>
      </w:r>
    </w:p>
    <w:p w14:paraId="5A80B4BD" w14:textId="77777777" w:rsidR="00E64A55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ab/>
        <w:t>POPAYAN 2025</w:t>
      </w:r>
    </w:p>
    <w:p w14:paraId="394C4B23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6365ACF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49470AA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7DC06055" w14:textId="77777777" w:rsidR="001B1BF8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279129E5" w14:textId="77777777" w:rsidR="001B1BF8" w:rsidRPr="00B25CC7" w:rsidRDefault="001B1BF8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</w:p>
    <w:p w14:paraId="261524C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2DC0649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FC6B4C8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7579C68C" w14:textId="77777777" w:rsidR="001B1BF8" w:rsidRDefault="001B1BF8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60CCCD0A" w14:textId="0700F117" w:rsidR="001B1BF8" w:rsidRDefault="001B1BF8" w:rsidP="001B1BF8">
      <w:pPr>
        <w:tabs>
          <w:tab w:val="left" w:pos="900"/>
        </w:tabs>
        <w:rPr>
          <w:rFonts w:ascii="Arial" w:hAnsi="Arial" w:cs="Arial"/>
          <w:b/>
          <w:sz w:val="28"/>
          <w:szCs w:val="28"/>
          <w:lang w:val="es-CO"/>
        </w:rPr>
      </w:pPr>
      <w:r>
        <w:rPr>
          <w:rFonts w:ascii="Arial" w:hAnsi="Arial" w:cs="Arial"/>
          <w:b/>
          <w:sz w:val="28"/>
          <w:szCs w:val="28"/>
          <w:lang w:val="es-CO"/>
        </w:rPr>
        <w:tab/>
      </w:r>
    </w:p>
    <w:p w14:paraId="32326D6F" w14:textId="5BC2F20D" w:rsidR="00E64A55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  <w:r w:rsidRPr="00B25CC7">
        <w:rPr>
          <w:rFonts w:ascii="Arial" w:hAnsi="Arial" w:cs="Arial"/>
          <w:b/>
          <w:sz w:val="28"/>
          <w:szCs w:val="28"/>
          <w:lang w:val="es-CO"/>
        </w:rPr>
        <w:lastRenderedPageBreak/>
        <w:t>INDICE</w:t>
      </w: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s-ES"/>
        </w:rPr>
        <w:id w:val="-1168180537"/>
        <w:docPartObj>
          <w:docPartGallery w:val="Table of Contents"/>
          <w:docPartUnique/>
        </w:docPartObj>
      </w:sdtPr>
      <w:sdtEndPr/>
      <w:sdtContent>
        <w:p w14:paraId="0210EF4E" w14:textId="651AB3AA" w:rsidR="009161FD" w:rsidRPr="001B1BF8" w:rsidRDefault="009161FD">
          <w:pPr>
            <w:pStyle w:val="TtuloTDC"/>
            <w:rPr>
              <w:rFonts w:ascii="Arial" w:hAnsi="Arial" w:cs="Arial"/>
              <w:color w:val="000000" w:themeColor="text1"/>
              <w:lang w:val="es-CO"/>
            </w:rPr>
          </w:pPr>
          <w:r w:rsidRPr="00B25CC7">
            <w:rPr>
              <w:rFonts w:ascii="Arial" w:hAnsi="Arial" w:cs="Arial"/>
              <w:color w:val="000000" w:themeColor="text1"/>
              <w:lang w:val="es-ES"/>
            </w:rPr>
            <w:t>Contenido</w:t>
          </w:r>
        </w:p>
        <w:p w14:paraId="4401C7FD" w14:textId="0BCF69DC" w:rsidR="00CA5496" w:rsidRPr="00B25CC7" w:rsidRDefault="009161FD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r w:rsidRPr="00B25CC7">
            <w:rPr>
              <w:rFonts w:ascii="Arial" w:hAnsi="Arial" w:cs="Arial"/>
            </w:rPr>
            <w:fldChar w:fldCharType="begin"/>
          </w:r>
          <w:r w:rsidRPr="00B25CC7">
            <w:rPr>
              <w:rFonts w:ascii="Arial" w:hAnsi="Arial" w:cs="Arial"/>
            </w:rPr>
            <w:instrText xml:space="preserve"> TOC \o "1-3" \h \z \u </w:instrText>
          </w:r>
          <w:r w:rsidRPr="00B25CC7">
            <w:rPr>
              <w:rFonts w:ascii="Arial" w:hAnsi="Arial" w:cs="Arial"/>
            </w:rPr>
            <w:fldChar w:fldCharType="separate"/>
          </w:r>
          <w:hyperlink w:anchor="_Toc204936906" w:history="1">
            <w:r w:rsidR="00CA5496" w:rsidRPr="00B25CC7">
              <w:rPr>
                <w:rStyle w:val="Hipervnculo"/>
                <w:rFonts w:ascii="Arial" w:hAnsi="Arial" w:cs="Arial"/>
                <w:noProof/>
                <w:lang w:val="es-CO"/>
              </w:rPr>
              <w:t>1. INTRODUCCIÓN</w:t>
            </w:r>
            <w:r w:rsidR="00CA5496" w:rsidRPr="00B25CC7">
              <w:rPr>
                <w:rFonts w:ascii="Arial" w:hAnsi="Arial" w:cs="Arial"/>
                <w:noProof/>
                <w:webHidden/>
              </w:rPr>
              <w:tab/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="00CA5496" w:rsidRPr="00B25CC7">
              <w:rPr>
                <w:rFonts w:ascii="Arial" w:hAnsi="Arial" w:cs="Arial"/>
                <w:noProof/>
                <w:webHidden/>
              </w:rPr>
              <w:instrText xml:space="preserve"> PAGEREF _Toc204936906 \h </w:instrText>
            </w:r>
            <w:r w:rsidR="00CA5496" w:rsidRPr="00B25CC7">
              <w:rPr>
                <w:rFonts w:ascii="Arial" w:hAnsi="Arial" w:cs="Arial"/>
                <w:noProof/>
                <w:webHidden/>
              </w:rPr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CA5496" w:rsidRPr="00B25CC7">
              <w:rPr>
                <w:rFonts w:ascii="Arial" w:hAnsi="Arial" w:cs="Arial"/>
                <w:noProof/>
                <w:webHidden/>
              </w:rPr>
              <w:t>3</w:t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620503" w14:textId="221B601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7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2. OBJETIVOS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_Toc204936907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266FE3C" w14:textId="66AA8B8D" w:rsidR="00CA5496" w:rsidRPr="00B25CC7" w:rsidRDefault="00CA5496">
          <w:pPr>
            <w:pStyle w:val="TDC2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8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Objetivos Específicos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_Toc204936908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4341BD7" w14:textId="29E1362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9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3. DESARROLLO / CUERPO DEL INFORME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_Toc204936909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E1CCAFD" w14:textId="0934DCD6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0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4. CONCLUSIONES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_Toc204936910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A43B7B" w14:textId="1E28C2BC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1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5. RECOMENDACIONES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_Toc204936911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8AA2EB" w14:textId="6210D78D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2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6. ANEXOS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_Toc204936912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EB92640" w14:textId="16713F03" w:rsidR="009161FD" w:rsidRPr="00B25CC7" w:rsidRDefault="009161FD">
          <w:pPr>
            <w:rPr>
              <w:rFonts w:ascii="Arial" w:hAnsi="Arial" w:cs="Arial"/>
            </w:rPr>
          </w:pPr>
          <w:r w:rsidRPr="00B25CC7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639F45E3" w14:textId="5F0BAB93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98A1D3A" w14:textId="3F1A061F" w:rsidR="00E64A55" w:rsidRPr="00B25CC7" w:rsidRDefault="00E64A55">
      <w:pPr>
        <w:rPr>
          <w:rFonts w:ascii="Arial" w:hAnsi="Arial" w:cs="Arial"/>
          <w:b/>
          <w:lang w:val="es-CO"/>
        </w:rPr>
      </w:pPr>
    </w:p>
    <w:p w14:paraId="6DCD37D0" w14:textId="7D1C0749" w:rsidR="00E64A55" w:rsidRPr="00B25CC7" w:rsidRDefault="00E64A55">
      <w:pPr>
        <w:rPr>
          <w:rFonts w:ascii="Arial" w:hAnsi="Arial" w:cs="Arial"/>
          <w:lang w:val="es-CO"/>
        </w:rPr>
      </w:pPr>
    </w:p>
    <w:p w14:paraId="37506AF0" w14:textId="232356ED" w:rsidR="009161FD" w:rsidRPr="00B25CC7" w:rsidRDefault="009161FD">
      <w:pPr>
        <w:rPr>
          <w:rFonts w:ascii="Arial" w:hAnsi="Arial" w:cs="Arial"/>
          <w:lang w:val="es-CO"/>
        </w:rPr>
      </w:pPr>
    </w:p>
    <w:p w14:paraId="1DCA7E7E" w14:textId="7C636AAE" w:rsidR="009161FD" w:rsidRPr="00B25CC7" w:rsidRDefault="009161FD">
      <w:pPr>
        <w:rPr>
          <w:rFonts w:ascii="Arial" w:hAnsi="Arial" w:cs="Arial"/>
          <w:lang w:val="es-CO"/>
        </w:rPr>
      </w:pPr>
    </w:p>
    <w:p w14:paraId="0D009D49" w14:textId="7D67964D" w:rsidR="009161FD" w:rsidRPr="00B25CC7" w:rsidRDefault="009161FD">
      <w:pPr>
        <w:rPr>
          <w:rFonts w:ascii="Arial" w:hAnsi="Arial" w:cs="Arial"/>
          <w:lang w:val="es-CO"/>
        </w:rPr>
      </w:pPr>
    </w:p>
    <w:p w14:paraId="40908D9F" w14:textId="0495DC1D" w:rsidR="009161FD" w:rsidRPr="00B25CC7" w:rsidRDefault="009161FD">
      <w:pPr>
        <w:rPr>
          <w:rFonts w:ascii="Arial" w:hAnsi="Arial" w:cs="Arial"/>
          <w:lang w:val="es-CO"/>
        </w:rPr>
      </w:pPr>
    </w:p>
    <w:p w14:paraId="042A05BA" w14:textId="5B2A6518" w:rsidR="009161FD" w:rsidRPr="00B25CC7" w:rsidRDefault="009161FD">
      <w:pPr>
        <w:rPr>
          <w:rFonts w:ascii="Arial" w:hAnsi="Arial" w:cs="Arial"/>
          <w:lang w:val="es-CO"/>
        </w:rPr>
      </w:pPr>
    </w:p>
    <w:p w14:paraId="0475303A" w14:textId="1EC7C0C4" w:rsidR="009161FD" w:rsidRPr="00B25CC7" w:rsidRDefault="009161FD">
      <w:pPr>
        <w:rPr>
          <w:rFonts w:ascii="Arial" w:hAnsi="Arial" w:cs="Arial"/>
          <w:lang w:val="es-CO"/>
        </w:rPr>
      </w:pPr>
    </w:p>
    <w:p w14:paraId="703AF2AC" w14:textId="207C97AA" w:rsidR="009161FD" w:rsidRPr="00B25CC7" w:rsidRDefault="009161FD">
      <w:pPr>
        <w:rPr>
          <w:rFonts w:ascii="Arial" w:hAnsi="Arial" w:cs="Arial"/>
          <w:lang w:val="es-CO"/>
        </w:rPr>
      </w:pPr>
    </w:p>
    <w:p w14:paraId="66D30CE1" w14:textId="49A1EF73" w:rsidR="009161FD" w:rsidRPr="00B25CC7" w:rsidRDefault="009161FD">
      <w:pPr>
        <w:rPr>
          <w:rFonts w:ascii="Arial" w:hAnsi="Arial" w:cs="Arial"/>
          <w:lang w:val="es-CO"/>
        </w:rPr>
      </w:pPr>
    </w:p>
    <w:p w14:paraId="646BF534" w14:textId="35EE507A" w:rsidR="009161FD" w:rsidRPr="00B25CC7" w:rsidRDefault="009161FD">
      <w:pPr>
        <w:rPr>
          <w:rFonts w:ascii="Arial" w:hAnsi="Arial" w:cs="Arial"/>
          <w:lang w:val="es-CO"/>
        </w:rPr>
      </w:pPr>
    </w:p>
    <w:p w14:paraId="12923948" w14:textId="77777777" w:rsidR="009852A0" w:rsidRPr="00B25CC7" w:rsidRDefault="009852A0">
      <w:pPr>
        <w:rPr>
          <w:rFonts w:ascii="Arial" w:hAnsi="Arial" w:cs="Arial"/>
          <w:lang w:val="es-CO"/>
        </w:rPr>
      </w:pPr>
    </w:p>
    <w:p w14:paraId="5B62548F" w14:textId="6652D8C0" w:rsidR="009161FD" w:rsidRPr="00B25CC7" w:rsidRDefault="009161FD">
      <w:pPr>
        <w:rPr>
          <w:rFonts w:ascii="Arial" w:hAnsi="Arial" w:cs="Arial"/>
          <w:lang w:val="es-CO"/>
        </w:rPr>
      </w:pPr>
    </w:p>
    <w:p w14:paraId="79BCFDF9" w14:textId="58D8B0CD" w:rsidR="009161FD" w:rsidRPr="00B25CC7" w:rsidRDefault="009161FD">
      <w:pPr>
        <w:rPr>
          <w:rFonts w:ascii="Arial" w:hAnsi="Arial" w:cs="Arial"/>
          <w:lang w:val="es-CO"/>
        </w:rPr>
      </w:pPr>
    </w:p>
    <w:p w14:paraId="0C038EC1" w14:textId="77777777" w:rsidR="009161FD" w:rsidRPr="00B25CC7" w:rsidRDefault="009161FD">
      <w:pPr>
        <w:rPr>
          <w:rFonts w:ascii="Arial" w:hAnsi="Arial" w:cs="Arial"/>
          <w:lang w:val="es-CO"/>
        </w:rPr>
      </w:pPr>
    </w:p>
    <w:p w14:paraId="13831C75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0" w:name="_Toc204936906"/>
      <w:r w:rsidRPr="00B25CC7">
        <w:rPr>
          <w:rFonts w:ascii="Arial" w:hAnsi="Arial" w:cs="Arial"/>
          <w:color w:val="000000" w:themeColor="text1"/>
          <w:lang w:val="es-CO"/>
        </w:rPr>
        <w:t>1. INTRODUCCIÓN</w:t>
      </w:r>
      <w:bookmarkEnd w:id="0"/>
    </w:p>
    <w:p w14:paraId="27E7813B" w14:textId="4AF258D1" w:rsidR="00860B39" w:rsidRPr="00B25CC7" w:rsidRDefault="009852A0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Escriba aquí 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>el preámbulo del documento, teniendo en cuenta, que se debe llamar la atención del lector con los siguientes puntos, el contexto, propósito y enfoque del mismo. Así mismo, siendo coherente con el contenido en general del documento evitando divagar en la información</w:t>
      </w:r>
      <w:r w:rsidRPr="00B25CC7">
        <w:rPr>
          <w:rFonts w:ascii="Arial" w:hAnsi="Arial" w:cs="Arial"/>
          <w:color w:val="000000" w:themeColor="text1"/>
          <w:lang w:val="es-CO"/>
        </w:rPr>
        <w:t>).</w:t>
      </w:r>
    </w:p>
    <w:p w14:paraId="77558E45" w14:textId="1D3CCDB9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1" w:name="_Toc204936907"/>
      <w:r w:rsidRPr="00B25CC7">
        <w:rPr>
          <w:rFonts w:ascii="Arial" w:hAnsi="Arial" w:cs="Arial"/>
          <w:color w:val="000000" w:themeColor="text1"/>
          <w:lang w:val="es-CO"/>
        </w:rPr>
        <w:t>2. OBJETIVO</w:t>
      </w:r>
      <w:r w:rsidR="006F3751" w:rsidRPr="00B25CC7">
        <w:rPr>
          <w:rFonts w:ascii="Arial" w:hAnsi="Arial" w:cs="Arial"/>
          <w:color w:val="000000" w:themeColor="text1"/>
          <w:lang w:val="es-CO"/>
        </w:rPr>
        <w:t>S</w:t>
      </w:r>
      <w:bookmarkEnd w:id="1"/>
    </w:p>
    <w:p w14:paraId="3382BF98" w14:textId="7140654A" w:rsidR="00325F2A" w:rsidRPr="00B25CC7" w:rsidRDefault="009852A0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Escriba aquí 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el objetivo central 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>del informe</w:t>
      </w:r>
      <w:r w:rsidRPr="00B25CC7">
        <w:rPr>
          <w:rFonts w:ascii="Arial" w:hAnsi="Arial" w:cs="Arial"/>
          <w:color w:val="000000" w:themeColor="text1"/>
          <w:highlight w:val="yellow"/>
          <w:lang w:val="es-CO"/>
        </w:rPr>
        <w:t xml:space="preserve"> y el propósito del presente documento teniendo clara la idea, enfocándose en un resultado realista y conciso el cual se desea alcanzar. Se recuerda que comienza con un verbo en infinitivo</w:t>
      </w:r>
      <w:r w:rsidRPr="00B25CC7">
        <w:rPr>
          <w:rFonts w:ascii="Arial" w:hAnsi="Arial" w:cs="Arial"/>
          <w:color w:val="000000" w:themeColor="text1"/>
          <w:lang w:val="es-CO"/>
        </w:rPr>
        <w:t xml:space="preserve">) </w:t>
      </w:r>
    </w:p>
    <w:p w14:paraId="48F92493" w14:textId="02E6ADD3" w:rsidR="00A4495B" w:rsidRPr="00B25CC7" w:rsidRDefault="00A4495B" w:rsidP="006F3751">
      <w:pPr>
        <w:pStyle w:val="Ttulo2"/>
        <w:rPr>
          <w:rFonts w:ascii="Arial" w:hAnsi="Arial" w:cs="Arial"/>
          <w:color w:val="000000" w:themeColor="text1"/>
          <w:lang w:val="es-CO"/>
        </w:rPr>
      </w:pPr>
      <w:bookmarkStart w:id="2" w:name="_Toc204936908"/>
      <w:r w:rsidRPr="00B25CC7">
        <w:rPr>
          <w:rFonts w:ascii="Arial" w:hAnsi="Arial" w:cs="Arial"/>
          <w:color w:val="000000" w:themeColor="text1"/>
          <w:lang w:val="es-CO"/>
        </w:rPr>
        <w:t>Objetivos Específicos</w:t>
      </w:r>
      <w:bookmarkEnd w:id="2"/>
    </w:p>
    <w:p w14:paraId="53C70147" w14:textId="293890AF" w:rsidR="00A4495B" w:rsidRPr="00B25CC7" w:rsidRDefault="009852A0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Pr="00B25CC7">
        <w:rPr>
          <w:rFonts w:ascii="Arial" w:hAnsi="Arial" w:cs="Arial"/>
          <w:highlight w:val="yellow"/>
          <w:lang w:val="es-CO"/>
        </w:rPr>
        <w:t>Si es necesario, que el desarrollo del informe requiera uno o varios objetivos específicos se colocan, de lo contrario se omite este punto</w:t>
      </w:r>
      <w:r w:rsidRPr="00B25CC7">
        <w:rPr>
          <w:rFonts w:ascii="Arial" w:hAnsi="Arial" w:cs="Arial"/>
          <w:lang w:val="es-CO"/>
        </w:rPr>
        <w:t>)</w:t>
      </w:r>
    </w:p>
    <w:p w14:paraId="3644EFFC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3" w:name="_Toc204936909"/>
      <w:r w:rsidRPr="00B25CC7">
        <w:rPr>
          <w:rFonts w:ascii="Arial" w:hAnsi="Arial" w:cs="Arial"/>
          <w:color w:val="000000" w:themeColor="text1"/>
          <w:lang w:val="es-CO"/>
        </w:rPr>
        <w:t>3. DESARROLLO / CUERPO DEL INFORME</w:t>
      </w:r>
      <w:bookmarkEnd w:id="3"/>
    </w:p>
    <w:p w14:paraId="0DB772B6" w14:textId="6482029E" w:rsidR="00860B39" w:rsidRPr="00B25CC7" w:rsidRDefault="00464425">
      <w:pPr>
        <w:rPr>
          <w:rFonts w:ascii="Arial" w:hAnsi="Arial" w:cs="Arial"/>
          <w:color w:val="000000" w:themeColor="text1"/>
          <w:lang w:val="es-CO"/>
        </w:rPr>
      </w:pPr>
      <w:r w:rsidRPr="00B25CC7">
        <w:rPr>
          <w:rFonts w:ascii="Arial" w:hAnsi="Arial" w:cs="Arial"/>
          <w:color w:val="000000" w:themeColor="text1"/>
          <w:lang w:val="es-CO"/>
        </w:rPr>
        <w:t>(</w:t>
      </w:r>
      <w:r w:rsidR="00030ADA" w:rsidRPr="00B25CC7">
        <w:rPr>
          <w:rFonts w:ascii="Arial" w:hAnsi="Arial" w:cs="Arial"/>
          <w:color w:val="000000" w:themeColor="text1"/>
          <w:highlight w:val="yellow"/>
          <w:lang w:val="es-CO"/>
        </w:rPr>
        <w:t>Incluya aquí los resultados, hallazgos, análisis, etc.</w:t>
      </w:r>
      <w:r w:rsidRPr="00B25CC7">
        <w:rPr>
          <w:rFonts w:ascii="Arial" w:hAnsi="Arial" w:cs="Arial"/>
          <w:color w:val="000000" w:themeColor="text1"/>
          <w:lang w:val="es-CO"/>
        </w:rPr>
        <w:t>)</w:t>
      </w:r>
    </w:p>
    <w:p w14:paraId="51B873A0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4" w:name="_Toc204936910"/>
      <w:r w:rsidRPr="00B25CC7">
        <w:rPr>
          <w:rFonts w:ascii="Arial" w:hAnsi="Arial" w:cs="Arial"/>
          <w:color w:val="000000" w:themeColor="text1"/>
          <w:lang w:val="es-CO"/>
        </w:rPr>
        <w:t>4. CONCLUSIONES</w:t>
      </w:r>
      <w:bookmarkEnd w:id="4"/>
    </w:p>
    <w:p w14:paraId="2C38B437" w14:textId="3CBC5D70" w:rsidR="00860B39" w:rsidRPr="00B25CC7" w:rsidRDefault="00944CA3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030ADA" w:rsidRPr="00B25CC7">
        <w:rPr>
          <w:rFonts w:ascii="Arial" w:hAnsi="Arial" w:cs="Arial"/>
          <w:highlight w:val="yellow"/>
          <w:lang w:val="es-CO"/>
        </w:rPr>
        <w:t>Redacte aquí las conclusiones del infor</w:t>
      </w:r>
      <w:r w:rsidR="000B3616" w:rsidRPr="00B25CC7">
        <w:rPr>
          <w:rFonts w:ascii="Arial" w:hAnsi="Arial" w:cs="Arial"/>
          <w:highlight w:val="yellow"/>
          <w:lang w:val="es-CO"/>
        </w:rPr>
        <w:t xml:space="preserve">me en tres fases muy concretas, </w:t>
      </w:r>
      <w:r w:rsidRPr="00B25CC7">
        <w:rPr>
          <w:rFonts w:ascii="Arial" w:hAnsi="Arial" w:cs="Arial"/>
          <w:highlight w:val="yellow"/>
          <w:lang w:val="es-CO"/>
        </w:rPr>
        <w:t>compendio</w:t>
      </w:r>
      <w:r w:rsidR="000B3616" w:rsidRPr="00B25CC7">
        <w:rPr>
          <w:rFonts w:ascii="Arial" w:hAnsi="Arial" w:cs="Arial"/>
          <w:highlight w:val="yellow"/>
          <w:lang w:val="es-CO"/>
        </w:rPr>
        <w:t>, evaluación y proyección o recomendación del informe</w:t>
      </w:r>
      <w:r w:rsidRPr="00B25CC7">
        <w:rPr>
          <w:rFonts w:ascii="Arial" w:hAnsi="Arial" w:cs="Arial"/>
          <w:lang w:val="es-CO"/>
        </w:rPr>
        <w:t>)</w:t>
      </w:r>
    </w:p>
    <w:p w14:paraId="5C25ECA7" w14:textId="35F4ABF1" w:rsidR="00545059" w:rsidRPr="00B25CC7" w:rsidRDefault="00030ADA" w:rsidP="00545059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5" w:name="_Toc204936911"/>
      <w:r w:rsidRPr="00B25CC7">
        <w:rPr>
          <w:rFonts w:ascii="Arial" w:hAnsi="Arial" w:cs="Arial"/>
          <w:color w:val="000000" w:themeColor="text1"/>
          <w:lang w:val="es-CO"/>
        </w:rPr>
        <w:t>5. RECOMENDACIONES</w:t>
      </w:r>
      <w:bookmarkEnd w:id="5"/>
    </w:p>
    <w:p w14:paraId="74A8F8F5" w14:textId="6DDDF64A" w:rsidR="00860B39" w:rsidRPr="00B25CC7" w:rsidRDefault="006853B1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545059" w:rsidRPr="00B25CC7">
        <w:rPr>
          <w:rFonts w:ascii="Arial" w:hAnsi="Arial" w:cs="Arial"/>
          <w:highlight w:val="yellow"/>
          <w:lang w:val="es-CO"/>
        </w:rPr>
        <w:t>Se i</w:t>
      </w:r>
      <w:r w:rsidR="00030ADA" w:rsidRPr="00B25CC7">
        <w:rPr>
          <w:rFonts w:ascii="Arial" w:hAnsi="Arial" w:cs="Arial"/>
          <w:highlight w:val="yellow"/>
          <w:lang w:val="es-CO"/>
        </w:rPr>
        <w:t>ncluy</w:t>
      </w:r>
      <w:r w:rsidR="00545059" w:rsidRPr="00B25CC7">
        <w:rPr>
          <w:rFonts w:ascii="Arial" w:hAnsi="Arial" w:cs="Arial"/>
          <w:highlight w:val="yellow"/>
          <w:lang w:val="es-CO"/>
        </w:rPr>
        <w:t>e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 </w:t>
      </w:r>
      <w:r w:rsidR="00545059" w:rsidRPr="00B25CC7">
        <w:rPr>
          <w:rFonts w:ascii="Arial" w:hAnsi="Arial" w:cs="Arial"/>
          <w:highlight w:val="yellow"/>
          <w:lang w:val="es-CO"/>
        </w:rPr>
        <w:t>las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 sugerencias, propuestas, acciones a seguir</w:t>
      </w:r>
      <w:r w:rsidR="00545059" w:rsidRPr="00B25CC7">
        <w:rPr>
          <w:rFonts w:ascii="Arial" w:hAnsi="Arial" w:cs="Arial"/>
          <w:highlight w:val="yellow"/>
          <w:lang w:val="es-CO"/>
        </w:rPr>
        <w:t xml:space="preserve"> y/o planes de mejora que puedan contribuir con una actividad de mejora </w:t>
      </w:r>
      <w:r w:rsidR="000B3616" w:rsidRPr="00B25CC7">
        <w:rPr>
          <w:rFonts w:ascii="Arial" w:hAnsi="Arial" w:cs="Arial"/>
          <w:highlight w:val="yellow"/>
          <w:lang w:val="es-CO"/>
        </w:rPr>
        <w:t>propuesta…</w:t>
      </w:r>
      <w:r w:rsidRPr="00B25CC7">
        <w:rPr>
          <w:rFonts w:ascii="Arial" w:hAnsi="Arial" w:cs="Arial"/>
          <w:lang w:val="es-CO"/>
        </w:rPr>
        <w:t>)</w:t>
      </w:r>
    </w:p>
    <w:p w14:paraId="1163CEC3" w14:textId="77777777" w:rsidR="00860B39" w:rsidRPr="00B25CC7" w:rsidRDefault="00030ADA">
      <w:pPr>
        <w:pStyle w:val="Ttulo1"/>
        <w:rPr>
          <w:rFonts w:ascii="Arial" w:hAnsi="Arial" w:cs="Arial"/>
          <w:color w:val="000000" w:themeColor="text1"/>
          <w:lang w:val="es-CO"/>
        </w:rPr>
      </w:pPr>
      <w:bookmarkStart w:id="6" w:name="_Toc204936912"/>
      <w:r w:rsidRPr="00B25CC7">
        <w:rPr>
          <w:rFonts w:ascii="Arial" w:hAnsi="Arial" w:cs="Arial"/>
          <w:color w:val="000000" w:themeColor="text1"/>
          <w:lang w:val="es-CO"/>
        </w:rPr>
        <w:t>6. ANEXOS</w:t>
      </w:r>
      <w:bookmarkEnd w:id="6"/>
    </w:p>
    <w:p w14:paraId="3CFFB6C7" w14:textId="164969B5" w:rsidR="00860B39" w:rsidRPr="00B25CC7" w:rsidRDefault="006853B1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t>(</w:t>
      </w:r>
      <w:r w:rsidR="00325F2A" w:rsidRPr="00B25CC7">
        <w:rPr>
          <w:rFonts w:ascii="Arial" w:hAnsi="Arial" w:cs="Arial"/>
          <w:highlight w:val="yellow"/>
          <w:lang w:val="es-CO"/>
        </w:rPr>
        <w:t xml:space="preserve">En este espacio, se puede adjuntar los diferentes anexos que se consideren pertinentes para complementar el presente informe, los cuales pueden ser: </w:t>
      </w:r>
      <w:r w:rsidR="00030ADA" w:rsidRPr="00B25CC7">
        <w:rPr>
          <w:rFonts w:ascii="Arial" w:hAnsi="Arial" w:cs="Arial"/>
          <w:highlight w:val="yellow"/>
          <w:lang w:val="es-CO"/>
        </w:rPr>
        <w:t xml:space="preserve">gráficos, tablas, evidencias, soportes, </w:t>
      </w:r>
      <w:r w:rsidR="00A4495B" w:rsidRPr="00B25CC7">
        <w:rPr>
          <w:rFonts w:ascii="Arial" w:hAnsi="Arial" w:cs="Arial"/>
          <w:highlight w:val="yellow"/>
          <w:lang w:val="es-CO"/>
        </w:rPr>
        <w:t>etc.…</w:t>
      </w:r>
      <w:r w:rsidRPr="00B25CC7">
        <w:rPr>
          <w:rFonts w:ascii="Arial" w:hAnsi="Arial" w:cs="Arial"/>
          <w:lang w:val="es-CO"/>
        </w:rPr>
        <w:t>)</w:t>
      </w:r>
    </w:p>
    <w:p w14:paraId="2802AA35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3D3A5BD5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4E9DA4F6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81BFFE9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310B80F7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6356323A" w14:textId="4E4639B8" w:rsidR="00A4495B" w:rsidRPr="00B25CC7" w:rsidRDefault="00A4495B">
      <w:pPr>
        <w:rPr>
          <w:rFonts w:ascii="Arial" w:hAnsi="Arial" w:cs="Arial"/>
          <w:lang w:val="es-CO"/>
        </w:rPr>
      </w:pPr>
    </w:p>
    <w:p w14:paraId="5A973919" w14:textId="77777777" w:rsidR="00B25CC7" w:rsidRDefault="00B25CC7">
      <w:pPr>
        <w:rPr>
          <w:rFonts w:ascii="Arial" w:hAnsi="Arial" w:cs="Arial"/>
          <w:lang w:val="es-CO"/>
        </w:rPr>
      </w:pPr>
    </w:p>
    <w:p w14:paraId="772121FB" w14:textId="31A8EB41" w:rsidR="009852A0" w:rsidRPr="00B25CC7" w:rsidRDefault="00B25CC7" w:rsidP="00B25CC7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  <w:r w:rsidRPr="00B25CC7">
        <w:rPr>
          <w:rFonts w:ascii="Arial" w:hAnsi="Arial" w:cs="Arial"/>
          <w:b/>
          <w:bCs/>
          <w:sz w:val="28"/>
          <w:szCs w:val="28"/>
          <w:highlight w:val="red"/>
          <w:lang w:val="es-CO"/>
        </w:rPr>
        <w:t>SE RECUERDA QUE LOS ESPACIOS EN AMARILLO AL FINAL DE CADA PÁGINA DEBEN DE CAMBIAR DEPENDIENDO DEL PROCESO, SUBPROCESO ÁREA Y/O SERVICIO AL QUE PERTENECE.</w:t>
      </w:r>
    </w:p>
    <w:p w14:paraId="1A60D9FE" w14:textId="10979C93" w:rsidR="009852A0" w:rsidRPr="00B25CC7" w:rsidRDefault="009852A0">
      <w:pPr>
        <w:rPr>
          <w:rFonts w:ascii="Arial" w:hAnsi="Arial" w:cs="Arial"/>
          <w:lang w:val="es-CO"/>
        </w:rPr>
      </w:pPr>
    </w:p>
    <w:p w14:paraId="235E68D4" w14:textId="77E8540B" w:rsidR="009852A0" w:rsidRPr="00B25CC7" w:rsidRDefault="009852A0">
      <w:pPr>
        <w:rPr>
          <w:rFonts w:ascii="Arial" w:hAnsi="Arial" w:cs="Arial"/>
          <w:lang w:val="es-CO"/>
        </w:rPr>
      </w:pPr>
    </w:p>
    <w:p w14:paraId="26ED31B1" w14:textId="74982B57" w:rsidR="009852A0" w:rsidRPr="00B25CC7" w:rsidRDefault="009852A0">
      <w:pPr>
        <w:rPr>
          <w:rFonts w:ascii="Arial" w:hAnsi="Arial" w:cs="Arial"/>
          <w:lang w:val="es-CO"/>
        </w:rPr>
      </w:pPr>
    </w:p>
    <w:p w14:paraId="0CC392DB" w14:textId="45E5A4EA" w:rsidR="009852A0" w:rsidRPr="00B25CC7" w:rsidRDefault="009852A0">
      <w:pPr>
        <w:rPr>
          <w:rFonts w:ascii="Arial" w:hAnsi="Arial" w:cs="Arial"/>
          <w:lang w:val="es-CO"/>
        </w:rPr>
      </w:pPr>
    </w:p>
    <w:p w14:paraId="15F4782E" w14:textId="5EB34803" w:rsidR="009852A0" w:rsidRPr="00B25CC7" w:rsidRDefault="009852A0">
      <w:pPr>
        <w:rPr>
          <w:rFonts w:ascii="Arial" w:hAnsi="Arial" w:cs="Arial"/>
          <w:lang w:val="es-CO"/>
        </w:rPr>
      </w:pPr>
    </w:p>
    <w:p w14:paraId="6FFABEE4" w14:textId="2D0E7978" w:rsidR="009852A0" w:rsidRPr="00B25CC7" w:rsidRDefault="009852A0">
      <w:pPr>
        <w:rPr>
          <w:rFonts w:ascii="Arial" w:hAnsi="Arial" w:cs="Arial"/>
          <w:lang w:val="es-CO"/>
        </w:rPr>
      </w:pPr>
    </w:p>
    <w:p w14:paraId="1F56A92B" w14:textId="5AA48F6A" w:rsidR="009852A0" w:rsidRPr="00B25CC7" w:rsidRDefault="009852A0">
      <w:pPr>
        <w:rPr>
          <w:rFonts w:ascii="Arial" w:hAnsi="Arial" w:cs="Arial"/>
          <w:lang w:val="es-CO"/>
        </w:rPr>
      </w:pPr>
    </w:p>
    <w:p w14:paraId="761EC992" w14:textId="1627CDBE" w:rsidR="009852A0" w:rsidRPr="00B25CC7" w:rsidRDefault="009852A0">
      <w:pPr>
        <w:rPr>
          <w:rFonts w:ascii="Arial" w:hAnsi="Arial" w:cs="Arial"/>
          <w:lang w:val="es-CO"/>
        </w:rPr>
      </w:pPr>
    </w:p>
    <w:p w14:paraId="100CB47D" w14:textId="5274D74E" w:rsidR="009852A0" w:rsidRPr="00B25CC7" w:rsidRDefault="009852A0">
      <w:pPr>
        <w:rPr>
          <w:rFonts w:ascii="Arial" w:hAnsi="Arial" w:cs="Arial"/>
          <w:lang w:val="es-CO"/>
        </w:rPr>
      </w:pPr>
    </w:p>
    <w:p w14:paraId="5BBAFF78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DD06553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7BC2C9B2" w14:textId="2FE77716" w:rsidR="00A4495B" w:rsidRPr="00B25CC7" w:rsidRDefault="00030ADA">
      <w:pPr>
        <w:rPr>
          <w:rFonts w:ascii="Arial" w:hAnsi="Arial" w:cs="Arial"/>
          <w:lang w:val="es-CO"/>
        </w:rPr>
      </w:pPr>
      <w:r w:rsidRPr="00B25CC7">
        <w:rPr>
          <w:rFonts w:ascii="Arial" w:hAnsi="Arial" w:cs="Arial"/>
          <w:lang w:val="es-CO"/>
        </w:rPr>
        <w:br/>
      </w:r>
      <w:r w:rsidRPr="00B25CC7">
        <w:rPr>
          <w:rFonts w:ascii="Arial" w:hAnsi="Arial" w:cs="Arial"/>
          <w:lang w:val="es-CO"/>
        </w:rPr>
        <w:br/>
      </w:r>
      <w:r w:rsidR="00A4495B" w:rsidRPr="00B25CC7">
        <w:rPr>
          <w:rFonts w:ascii="Arial" w:hAnsi="Arial" w:cs="Arial"/>
          <w:sz w:val="20"/>
          <w:szCs w:val="20"/>
          <w:lang w:val="es-CO"/>
        </w:rPr>
        <w:t>Sin otro particular</w:t>
      </w:r>
      <w:r w:rsidR="00A4495B" w:rsidRPr="00B25CC7">
        <w:rPr>
          <w:rFonts w:ascii="Arial" w:hAnsi="Arial" w:cs="Arial"/>
          <w:lang w:val="es-CO"/>
        </w:rPr>
        <w:t xml:space="preserve"> </w:t>
      </w:r>
    </w:p>
    <w:p w14:paraId="763CA716" w14:textId="0FE2F9BF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769F6426" w14:textId="21D0990C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  <w:r w:rsidRPr="00B25CC7">
        <w:rPr>
          <w:rFonts w:ascii="Arial" w:hAnsi="Arial" w:cs="Arial"/>
          <w:b/>
          <w:bCs/>
          <w:sz w:val="12"/>
          <w:szCs w:val="12"/>
          <w:lang w:val="es-CO"/>
        </w:rPr>
        <w:t>_________________________________________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highlight w:val="yellow"/>
          <w:lang w:val="es-CO"/>
        </w:rPr>
        <w:t>Nombre completo, cargo, sindicato y Firma del creador del documento</w:t>
      </w:r>
    </w:p>
    <w:p w14:paraId="1193C684" w14:textId="5BD1F49F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031AE696" w14:textId="77777777" w:rsidR="00A4495B" w:rsidRPr="00B25CC7" w:rsidRDefault="00A4495B" w:rsidP="00A4495B">
      <w:pPr>
        <w:rPr>
          <w:rFonts w:ascii="Arial" w:hAnsi="Arial" w:cs="Arial"/>
          <w:b/>
          <w:bCs/>
          <w:sz w:val="12"/>
          <w:szCs w:val="12"/>
          <w:lang w:val="es-CO"/>
        </w:rPr>
      </w:pPr>
    </w:p>
    <w:p w14:paraId="30F7F27B" w14:textId="3D72D1A5" w:rsidR="002A7B52" w:rsidRPr="00D36DF0" w:rsidRDefault="00A4495B" w:rsidP="00A4495B">
      <w:pPr>
        <w:rPr>
          <w:rFonts w:ascii="Arial" w:hAnsi="Arial" w:cs="Arial"/>
          <w:sz w:val="12"/>
          <w:szCs w:val="12"/>
          <w:lang w:val="es-CO"/>
        </w:rPr>
      </w:pPr>
      <w:r w:rsidRPr="00B25CC7">
        <w:rPr>
          <w:rFonts w:ascii="Arial" w:hAnsi="Arial" w:cs="Arial"/>
          <w:b/>
          <w:bCs/>
          <w:sz w:val="12"/>
          <w:szCs w:val="12"/>
          <w:lang w:val="es-CO"/>
        </w:rPr>
        <w:lastRenderedPageBreak/>
        <w:t>Proyectó: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t xml:space="preserve">Revisó: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  <w:t>Aprobó: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Nombre completo, cargo y sindicato</w:t>
      </w:r>
      <w:r w:rsidRPr="00B25CC7">
        <w:rPr>
          <w:rFonts w:ascii="Arial" w:hAnsi="Arial" w:cs="Arial"/>
          <w:b/>
          <w:bCs/>
          <w:sz w:val="12"/>
          <w:szCs w:val="12"/>
          <w:highlight w:val="yellow"/>
          <w:lang w:val="es-CO"/>
        </w:rPr>
        <w:t xml:space="preserve"> </w:t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br/>
        <w:t>Anexo: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 xml:space="preserve">Mencionar </w:t>
      </w:r>
      <w:r w:rsidR="00BA1F7C">
        <w:rPr>
          <w:rFonts w:ascii="Arial" w:hAnsi="Arial" w:cs="Arial"/>
          <w:sz w:val="12"/>
          <w:szCs w:val="12"/>
          <w:highlight w:val="yellow"/>
          <w:lang w:val="es-CO"/>
        </w:rPr>
        <w:t xml:space="preserve">el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tipo</w:t>
      </w:r>
      <w:r w:rsidR="00BA1F7C">
        <w:rPr>
          <w:rFonts w:ascii="Arial" w:hAnsi="Arial" w:cs="Arial"/>
          <w:sz w:val="12"/>
          <w:szCs w:val="12"/>
          <w:highlight w:val="yellow"/>
          <w:lang w:val="es-CO"/>
        </w:rPr>
        <w:t xml:space="preserve"> de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 xml:space="preserve"> archivo adjunto como anexo y las páginas del mismo</w:t>
      </w:r>
      <w:r w:rsidRPr="00B25CC7">
        <w:rPr>
          <w:rFonts w:ascii="Arial" w:hAnsi="Arial" w:cs="Arial"/>
          <w:sz w:val="12"/>
          <w:szCs w:val="12"/>
          <w:lang w:val="es-CO"/>
        </w:rPr>
        <w:br/>
      </w:r>
      <w:r w:rsidRPr="00B25CC7">
        <w:rPr>
          <w:rFonts w:ascii="Arial" w:hAnsi="Arial" w:cs="Arial"/>
          <w:b/>
          <w:bCs/>
          <w:sz w:val="12"/>
          <w:szCs w:val="12"/>
          <w:lang w:val="es-CO"/>
        </w:rPr>
        <w:t>Archivado en:</w:t>
      </w:r>
      <w:r w:rsidRPr="00B25CC7">
        <w:rPr>
          <w:rFonts w:ascii="Arial" w:hAnsi="Arial" w:cs="Arial"/>
          <w:sz w:val="12"/>
          <w:szCs w:val="12"/>
          <w:lang w:val="es-CO"/>
        </w:rPr>
        <w:t xml:space="preserve"> </w:t>
      </w:r>
      <w:r w:rsidRPr="00B25CC7">
        <w:rPr>
          <w:rFonts w:ascii="Arial" w:hAnsi="Arial" w:cs="Arial"/>
          <w:sz w:val="12"/>
          <w:szCs w:val="12"/>
          <w:highlight w:val="yellow"/>
          <w:lang w:val="es-CO"/>
        </w:rPr>
        <w:t>Según TRD del proceso, subproceso, área y/o servicio.</w:t>
      </w:r>
    </w:p>
    <w:sectPr w:rsidR="002A7B52" w:rsidRPr="00D36DF0" w:rsidSect="00A4495B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FEFFE" w14:textId="77777777" w:rsidR="00C47D31" w:rsidRDefault="00C47D31">
      <w:pPr>
        <w:spacing w:after="0" w:line="240" w:lineRule="auto"/>
      </w:pPr>
      <w:r>
        <w:separator/>
      </w:r>
    </w:p>
  </w:endnote>
  <w:endnote w:type="continuationSeparator" w:id="0">
    <w:p w14:paraId="24F80B14" w14:textId="77777777" w:rsidR="00C47D31" w:rsidRDefault="00C47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5D0F1147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="001B1BF8">
      <w:rPr>
        <w:b/>
        <w:bCs/>
        <w:color w:val="000000" w:themeColor="text1"/>
        <w:sz w:val="18"/>
        <w:szCs w:val="18"/>
        <w:lang w:val="es-ES"/>
      </w:rPr>
      <w:t>Planeacion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4145C3A9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="001B1BF8">
      <w:rPr>
        <w:color w:val="000000" w:themeColor="text1"/>
        <w:sz w:val="18"/>
        <w:szCs w:val="18"/>
        <w:lang w:val="es-ES"/>
      </w:rPr>
      <w:t>283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80B1" w14:textId="77777777" w:rsidR="00C47D31" w:rsidRDefault="00C47D31">
      <w:pPr>
        <w:spacing w:after="0" w:line="240" w:lineRule="auto"/>
      </w:pPr>
      <w:r>
        <w:separator/>
      </w:r>
    </w:p>
  </w:footnote>
  <w:footnote w:type="continuationSeparator" w:id="0">
    <w:p w14:paraId="4D55703E" w14:textId="77777777" w:rsidR="00C47D31" w:rsidRDefault="00C47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00A32369" w:rsidR="00B73F1F" w:rsidRDefault="005329B1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651F664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C47D31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992550">
    <w:abstractNumId w:val="8"/>
  </w:num>
  <w:num w:numId="2" w16cid:durableId="34625878">
    <w:abstractNumId w:val="6"/>
  </w:num>
  <w:num w:numId="3" w16cid:durableId="1325787">
    <w:abstractNumId w:val="5"/>
  </w:num>
  <w:num w:numId="4" w16cid:durableId="1398936421">
    <w:abstractNumId w:val="4"/>
  </w:num>
  <w:num w:numId="5" w16cid:durableId="1713849488">
    <w:abstractNumId w:val="7"/>
  </w:num>
  <w:num w:numId="6" w16cid:durableId="694572457">
    <w:abstractNumId w:val="3"/>
  </w:num>
  <w:num w:numId="7" w16cid:durableId="664865272">
    <w:abstractNumId w:val="2"/>
  </w:num>
  <w:num w:numId="8" w16cid:durableId="1797481736">
    <w:abstractNumId w:val="1"/>
  </w:num>
  <w:num w:numId="9" w16cid:durableId="693269551">
    <w:abstractNumId w:val="0"/>
  </w:num>
  <w:num w:numId="10" w16cid:durableId="1614244439">
    <w:abstractNumId w:val="10"/>
  </w:num>
  <w:num w:numId="11" w16cid:durableId="15356516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B3616"/>
    <w:rsid w:val="000E5628"/>
    <w:rsid w:val="000F5493"/>
    <w:rsid w:val="0015074B"/>
    <w:rsid w:val="001B1BF8"/>
    <w:rsid w:val="001E1541"/>
    <w:rsid w:val="0029639D"/>
    <w:rsid w:val="002A7B52"/>
    <w:rsid w:val="002C2DFA"/>
    <w:rsid w:val="00325F2A"/>
    <w:rsid w:val="00326F90"/>
    <w:rsid w:val="00411CB9"/>
    <w:rsid w:val="00464425"/>
    <w:rsid w:val="005329B1"/>
    <w:rsid w:val="00545059"/>
    <w:rsid w:val="005C3D6D"/>
    <w:rsid w:val="005F7F94"/>
    <w:rsid w:val="006853B1"/>
    <w:rsid w:val="006F3751"/>
    <w:rsid w:val="00860B39"/>
    <w:rsid w:val="008D543A"/>
    <w:rsid w:val="009161FD"/>
    <w:rsid w:val="00944CA3"/>
    <w:rsid w:val="009852A0"/>
    <w:rsid w:val="00A4495B"/>
    <w:rsid w:val="00A54062"/>
    <w:rsid w:val="00A74C59"/>
    <w:rsid w:val="00A91968"/>
    <w:rsid w:val="00A91D64"/>
    <w:rsid w:val="00AA1D8D"/>
    <w:rsid w:val="00B25CC7"/>
    <w:rsid w:val="00B47730"/>
    <w:rsid w:val="00B73F1F"/>
    <w:rsid w:val="00BA1F7C"/>
    <w:rsid w:val="00C47D31"/>
    <w:rsid w:val="00CA5496"/>
    <w:rsid w:val="00CB0664"/>
    <w:rsid w:val="00D04286"/>
    <w:rsid w:val="00D36DF0"/>
    <w:rsid w:val="00D41514"/>
    <w:rsid w:val="00E64A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419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Hospital</cp:lastModifiedBy>
  <cp:revision>2</cp:revision>
  <dcterms:created xsi:type="dcterms:W3CDTF">2026-04-28T19:58:00Z</dcterms:created>
  <dcterms:modified xsi:type="dcterms:W3CDTF">2026-04-28T19:58:00Z</dcterms:modified>
  <cp:category/>
</cp:coreProperties>
</file>